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צורת הבינוני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4 הצורות של הבינוני (יחיד, יחידה, רבים, רבות)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בינוני כפועל בהווה לבין בינוני כשם עצם או 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שנכתבות אותו דבר בהווה ובעבר ולהבין לפי ההקשר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פועל בהווה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מי? או איזה?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לומדות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בינוני יכול לשמש גם שם עצם או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תלוי בהקשר של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היא יכולה להיות גם בעבר, כמו 'אתמול הוא רץ'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כמו השומר, המורה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4 צורות: יחיד, יחידה, רבים, רבות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רותחים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סופרת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אוהבים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 – התאמה בין משפט לסוג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(מורה - שם עצם, מסבירה - פועל בהווה)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(רותחים - שם תואר)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(שומר - פועל בהווה)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(השומר - 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(אוהבים - פועל בהווה, רבים)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 – זיהוי 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המילה עכשיו מראה שמדובר בזמן הווה, למרות שהכתיב דומה לעבר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נועה סופרת את הכסף / הסופרת כתבה ספר 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שכל משפט מדגים נכון את השימוש המבוקש ושהמילה בצורת בינוני תקינה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יחיד, יחידה, רבים, רבות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שואלים אם המילה עונה על 'מה עושים' (פועל) או על 'מי/איזה' (שם עצם/תואר)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רץ/רצה - ההקשר בזמן קובע את המשמעות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בקריאת הדוגמאות מכרטיס ההסבר ולבקש מהתלמידים לזהות את סוג המילה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להדגיש את שאלת 'מה או מי' ככלי מרכזי לזיהוי ההבדל בין פועל לשם 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לאפשר לתלמידים לשתף משפטים בקול ולתקן יחד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צורת הבינוני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בינוני זה הווה. לפעמים המילה מתארת פעולה, ולפעמים היא שם של מישהו או תיאור. נלמד להבחין.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בינוני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צורת הפועל בזמן הווה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יחיד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צורה לזכר אחד, כמו שומר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יחידה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צורה לנקבה אחת, כמו שומרת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צורה לזכר רבים, כמו שומרים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רבות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צורה לנקבה רבות, כמו שומרות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עצם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שעונה על השאלה מי או 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תואר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שם עצם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הקשר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שמסביב שעוזרות להבין את המשמעות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 א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צורות יש לבינוני?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המילה שומר במשפט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פועל בהווה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פרטי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המילה השומר במשפט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פועל בעבר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פועל בעתיד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המילה רותחים?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פועל בהווה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פועל בעבר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שאלה שואלים כדי לזהות שם עצם?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מי? או איזה?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הצורה לרבות של לומד?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לומדים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לומדת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לומדות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לומד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 ב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צורת הבינוני היא תמיד פועל ולא יכולה לשמש שם עצם.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'מורה' יכולה להיות גם פועל וגם שם עצם.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'רץ' תמיד נמצאת בזמן הווה.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להוסיף ה׳ הידיעה לבינוני כשהוא משמש שם תפקיד.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לבינוני יש רק צורה אחת לזכר ולנקבה.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חלק ג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איתי __________ על אחיו הקטן (פועל בהווה מהשורש שמר).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פתח את השער לפני שנכנסנו.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הסבירה את השיעור בצורה ברורה.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בכוס יש מים __________ ולכן צריך להיזהר.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נועה __________ עד מאה בלי טעות (פועל בהווה).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הילדים __________ לשחק בחצר בית הספר (פועל בהווה, רבים).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חלק ד – התאמה בין משפט לסוג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המורה מסבירה את השיעור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השומר - 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בכוס יש מים רותחים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שומר - פועל בהווה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דניאל שומר על הצמחים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אוהבים - פועל בהווה, רבים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השומר בשער חייך אלינו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מורה - שם עצם, מסבירה - פועל בהווה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הילדים אוהבים לשחק בחצר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רותחים - שם תואר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חלק ה – זיהוי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מדוע במשפט 'עכשיו מאיה רצה במסלול' המילה 'רצה' היא פועל בהווה, ולא בעבר.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שבו המילה 'סופרת' משמשת כפועל בהווה, ומשפט נוסף שבו היא משמשת כשם עצם.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חלק ו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משפטים: אחד שבו מילת בינוני משמשת כפועל בהווה, אחד שבה היא משמשת כשם עצם, ואחד שבו היא משמשת כתואר.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מהן 4 הצורות של הבינוני?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כיצד מבחינים בין בינוני כפועל לבין בינוני כשם עצם?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שנכתבת אותו דבר בהווה ובעבר.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צורת הבינוני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